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6B7280"/>
          <w:sz w:val="24"/>
        </w:rPr>
        <w:t>AirLST</w:t>
      </w:r>
    </w:p>
    <w:p>
      <w:pPr>
        <w:spacing w:after="200"/>
      </w:pPr>
      <w:r>
        <w:rPr>
          <w:b w:val="0"/>
          <w:color w:val="6B7280"/>
          <w:sz w:val="16"/>
        </w:rPr>
        <w:t>Stand: Oktober 2026</w:t>
      </w:r>
    </w:p>
    <w:p>
      <w:pPr>
        <w:spacing w:after="80"/>
      </w:pPr>
      <w:r>
        <w:rPr>
          <w:b/>
          <w:sz w:val="40"/>
        </w:rPr>
        <w:t>Feedbackbogen für Veranstaltungen</w:t>
      </w:r>
    </w:p>
    <w:p>
      <w:pPr>
        <w:spacing w:after="160"/>
      </w:pPr>
      <w:r>
        <w:rPr>
          <w:b w:val="0"/>
          <w:color w:val="6B7280"/>
        </w:rPr>
        <w:t>Vielen Dank, dass Sie dabei waren. Ihre Rückmeldung hilft uns, die nächste Veranstaltung besser zu machen. Das Ausfüllen dauert etwa fünf Minuten.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 xml:space="preserve">Veranstaltung: </w:t>
            </w:r>
          </w:p>
        </w:tc>
        <w:tc>
          <w:tcPr>
            <w:tcW w:type="dxa" w:w="3289"/>
          </w:tcPr>
          <w:p>
            <w:r>
              <w:t xml:space="preserve">Datum: </w:t>
            </w:r>
          </w:p>
        </w:tc>
        <w:tc>
          <w:tcPr>
            <w:tcW w:type="dxa" w:w="3289"/>
          </w:tcPr>
          <w:p>
            <w:r>
              <w:t xml:space="preserve">Name (freiwillig): </w:t>
            </w:r>
          </w:p>
        </w:tc>
      </w:tr>
    </w:tbl>
    <w:p>
      <w:pPr>
        <w:spacing w:after="160"/>
      </w:pPr>
      <w:r>
        <w:rPr>
          <w:b w:val="0"/>
          <w:color w:val="6B7280"/>
          <w:sz w:val="17"/>
        </w:rPr>
        <w:t>Skala: 1 = trifft gar nicht zu, 5 = trifft voll zu. NPS: 0 = unwahrscheinlich, 10 = sehr wahrscheinlich.</w:t>
      </w:r>
    </w:p>
    <w:p>
      <w:pPr>
        <w:spacing w:after="40"/>
      </w:pPr>
      <w:r>
        <w:rPr>
          <w:b/>
          <w:color w:val="6B7280"/>
          <w:sz w:val="18"/>
        </w:rPr>
        <w:t>GESAMTEINDRUCK</w:t>
      </w:r>
    </w:p>
    <w:p>
      <w:pPr>
        <w:spacing w:after="40"/>
      </w:pPr>
      <w:r>
        <w:rPr>
          <w:b w:val="0"/>
        </w:rPr>
        <w:t>1. Wie wahrscheinlich ist es, dass Sie diese Veranstaltung Kolleginnen oder Kollegen weiterempfehlen?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  <w:gridCol w:w="897"/>
      </w:tblGrid>
      <w:tr>
        <w:tc>
          <w:tcPr>
            <w:tcW w:type="dxa" w:w="89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897"/>
          </w:tcPr>
          <w:p>
            <w:r>
              <w:rPr>
                <w:sz w:val="16"/>
              </w:rPr>
              <w:t>10</w:t>
            </w:r>
          </w:p>
        </w:tc>
      </w:tr>
      <w:tr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  <w:tc>
          <w:tcPr>
            <w:tcW w:type="dxa" w:w="897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2. Wie bewerten Sie die Veranstaltung insgesamt?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6B7280"/>
          <w:sz w:val="18"/>
        </w:rPr>
        <w:t>INHALT UND PROGRAMM</w:t>
      </w:r>
    </w:p>
    <w:p>
      <w:pPr>
        <w:spacing w:after="40"/>
      </w:pPr>
      <w:r>
        <w:rPr>
          <w:b w:val="0"/>
        </w:rPr>
        <w:t>3. Die Inhalte waren für meine Arbeit relevant.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4. Die Referentinnen und Referenten haben ihre Themen verständlich vermittelt.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5. Die Zeitplanung hat gepasst (Dauer, Pausen, Reihenfolge).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6B7280"/>
          <w:sz w:val="18"/>
        </w:rPr>
        <w:t>ORGANISATION</w:t>
      </w:r>
    </w:p>
    <w:p>
      <w:pPr>
        <w:spacing w:after="40"/>
      </w:pPr>
      <w:r>
        <w:rPr>
          <w:b w:val="0"/>
        </w:rPr>
        <w:t>6. Einladung und Anmeldung waren einfach.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7. Der Einlass vor Ort verlief zügig.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8. Die Location war für die Veranstaltung geeignet.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</w:rPr>
        <w:t>9. Die Verpflegung hat gepasst.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sz w:val="16"/>
              </w:rPr>
              <w:t>5</w:t>
            </w:r>
          </w:p>
        </w:tc>
      </w:tr>
      <w:tr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  <w:tc>
          <w:tcPr>
            <w:tcW w:type="dxa" w:w="1973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color w:val="6B7280"/>
          <w:sz w:val="18"/>
        </w:rPr>
        <w:t>OFFENE FRAGEN</w:t>
      </w:r>
    </w:p>
    <w:p>
      <w:pPr>
        <w:spacing w:after="40"/>
      </w:pPr>
      <w:r>
        <w:rPr>
          <w:b w:val="0"/>
        </w:rPr>
        <w:t>10. Was hat Ihnen gefehlt?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40"/>
      </w:pPr>
    </w:p>
    <w:p>
      <w:pPr>
        <w:spacing w:after="40"/>
      </w:pPr>
      <w:r>
        <w:rPr>
          <w:b w:val="0"/>
        </w:rPr>
        <w:t>11. Was war für Sie am besten?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40"/>
      </w:pPr>
    </w:p>
    <w:p>
      <w:pPr>
        <w:spacing w:after="40"/>
      </w:pPr>
      <w:r>
        <w:rPr>
          <w:b w:val="0"/>
        </w:rPr>
        <w:t>12. Welches Thema wünschen Sie sich für die nächste Veranstaltung?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0"/>
      </w:pPr>
      <w:r>
        <w:rPr>
          <w:b w:val="0"/>
          <w:color w:val="6B7280"/>
        </w:rPr>
        <w:t>______________________________________________________________________</w:t>
      </w:r>
    </w:p>
    <w:p>
      <w:pPr>
        <w:spacing w:after="40"/>
      </w:pPr>
    </w:p>
    <w:p>
      <w:pPr>
        <w:spacing w:after="120"/>
      </w:pPr>
      <w:r>
        <w:rPr>
          <w:b w:val="0"/>
          <w:color w:val="6B7280"/>
          <w:sz w:val="17"/>
        </w:rPr>
        <w:t>Die Beantwortung ist freiwillig. Ohne Namensangabe ist der Bogen anonym. Angaben werden ausschließlich zur Auswertung dieser Veranstaltung verwendet und nach [Frist, zum Beispiel sechs Monate] gelöscht.</w:t>
      </w:r>
    </w:p>
    <w:p>
      <w:r>
        <w:br w:type="page"/>
      </w:r>
    </w:p>
    <w:p>
      <w:pPr>
        <w:spacing w:after="80"/>
      </w:pPr>
      <w:r>
        <w:rPr>
          <w:b/>
          <w:sz w:val="30"/>
        </w:rPr>
        <w:t>Zusatzfragen je Eventtyp</w:t>
      </w:r>
    </w:p>
    <w:p>
      <w:pPr>
        <w:spacing w:after="40"/>
      </w:pPr>
      <w:r>
        <w:rPr>
          <w:b/>
          <w:color w:val="6B7280"/>
          <w:sz w:val="18"/>
        </w:rPr>
        <w:t>KONFERENZ UND TAGUNG</w:t>
      </w:r>
    </w:p>
    <w:p>
      <w:pPr>
        <w:spacing w:after="40"/>
      </w:pPr>
      <w:r>
        <w:rPr>
          <w:b w:val="0"/>
        </w:rPr>
        <w:t>+ Welche Sessions haben Sie besucht? (Mehrfachauswahl)</w:t>
      </w:r>
    </w:p>
    <w:p>
      <w:pPr>
        <w:spacing w:after="40"/>
      </w:pPr>
      <w:r>
        <w:rPr>
          <w:b w:val="0"/>
        </w:rPr>
        <w:t>+ Wie bewerten Sie die Session, die Ihnen am meisten gebracht hat? (1 bis 5)</w:t>
      </w:r>
    </w:p>
    <w:p>
      <w:pPr>
        <w:spacing w:after="40"/>
      </w:pPr>
      <w:r>
        <w:rPr>
          <w:b w:val="0"/>
        </w:rPr>
        <w:t>+ Die Mischung aus Vorträgen, Workshops und Pausen hat gepasst. (1 bis 5)</w:t>
      </w:r>
    </w:p>
    <w:p>
      <w:pPr>
        <w:spacing w:after="40"/>
      </w:pPr>
      <w:r>
        <w:rPr>
          <w:b w:val="0"/>
        </w:rPr>
        <w:t>+ Die Räume waren leicht zu finden. (1 bis 5)</w:t>
      </w:r>
    </w:p>
    <w:p>
      <w:pPr>
        <w:spacing w:after="40"/>
      </w:pPr>
      <w:r>
        <w:rPr>
          <w:b/>
          <w:color w:val="6B7280"/>
          <w:sz w:val="18"/>
        </w:rPr>
        <w:t>FIRMENEVENT</w:t>
      </w:r>
    </w:p>
    <w:p>
      <w:pPr>
        <w:spacing w:after="40"/>
      </w:pPr>
      <w:r>
        <w:rPr>
          <w:b w:val="0"/>
        </w:rPr>
        <w:t>+ Die Stimmung auf der Veranstaltung war gut. (1 bis 5)</w:t>
      </w:r>
    </w:p>
    <w:p>
      <w:pPr>
        <w:spacing w:after="40"/>
      </w:pPr>
      <w:r>
        <w:rPr>
          <w:b w:val="0"/>
        </w:rPr>
        <w:t>+ Ich hatte Gelegenheit, Kolleginnen und Kollegen aus anderen Bereichen kennenzulernen. (1 bis 5)</w:t>
      </w:r>
    </w:p>
    <w:p>
      <w:pPr>
        <w:spacing w:after="40"/>
      </w:pPr>
      <w:r>
        <w:rPr>
          <w:b w:val="0"/>
        </w:rPr>
        <w:t>+ Das Rahmenprogramm hat mir gefallen. (1 bis 5)</w:t>
      </w:r>
    </w:p>
    <w:p>
      <w:pPr>
        <w:spacing w:after="40"/>
      </w:pPr>
      <w:r>
        <w:rPr>
          <w:b w:val="0"/>
        </w:rPr>
        <w:t>+ Was sollten wir beim nächsten Mal anders machen? (Freitext)</w:t>
      </w:r>
    </w:p>
    <w:p>
      <w:pPr>
        <w:spacing w:after="40"/>
      </w:pPr>
      <w:r>
        <w:rPr>
          <w:b/>
          <w:color w:val="6B7280"/>
          <w:sz w:val="18"/>
        </w:rPr>
        <w:t>MESSE UND HAUSMESSE</w:t>
      </w:r>
    </w:p>
    <w:p>
      <w:pPr>
        <w:spacing w:after="40"/>
      </w:pPr>
      <w:r>
        <w:rPr>
          <w:b w:val="0"/>
        </w:rPr>
        <w:t>+ Haben Sie Ihr Besuchsziel erreicht? (Ja, teilweise, nein)</w:t>
      </w:r>
    </w:p>
    <w:p>
      <w:pPr>
        <w:spacing w:after="40"/>
      </w:pPr>
      <w:r>
        <w:rPr>
          <w:b w:val="0"/>
        </w:rPr>
        <w:t>+ Mit wie vielen Ansprechpartnern haben Sie gesprochen? (0, 1 bis 2, 3 bis 5, mehr als 5)</w:t>
      </w:r>
    </w:p>
    <w:p>
      <w:pPr>
        <w:spacing w:after="40"/>
      </w:pPr>
      <w:r>
        <w:rPr>
          <w:b w:val="0"/>
        </w:rPr>
        <w:t>+ Die gezeigten Produkte und Lösungen waren für mich relevant. (1 bis 5)</w:t>
      </w:r>
    </w:p>
    <w:p>
      <w:pPr>
        <w:spacing w:after="40"/>
      </w:pPr>
      <w:r>
        <w:rPr>
          <w:b w:val="0"/>
        </w:rPr>
        <w:t>+ Wünschen Sie einen Rückruf oder Folgetermin? (Ja, nein)</w:t>
      </w:r>
    </w:p>
    <w:p>
      <w:pPr>
        <w:spacing w:after="40"/>
      </w:pPr>
      <w:r>
        <w:rPr>
          <w:b/>
          <w:color w:val="6B7280"/>
          <w:sz w:val="18"/>
        </w:rPr>
        <w:t>SCHULUNG UND FORTBILDUNG</w:t>
      </w:r>
    </w:p>
    <w:p>
      <w:pPr>
        <w:spacing w:after="40"/>
      </w:pPr>
      <w:r>
        <w:rPr>
          <w:b w:val="0"/>
        </w:rPr>
        <w:t>+ Das Lernziel wurde erreicht. (1 bis 5)</w:t>
      </w:r>
    </w:p>
    <w:p>
      <w:pPr>
        <w:spacing w:after="40"/>
      </w:pPr>
      <w:r>
        <w:rPr>
          <w:b w:val="0"/>
        </w:rPr>
        <w:t>+ Die Trainerin oder der Trainer ist auf Fragen eingegangen. (1 bis 5)</w:t>
      </w:r>
    </w:p>
    <w:p>
      <w:pPr>
        <w:spacing w:after="40"/>
      </w:pPr>
      <w:r>
        <w:rPr>
          <w:b w:val="0"/>
        </w:rPr>
        <w:t>+ Die Unterlagen helfen mir in der Anwendung. (1 bis 5)</w:t>
      </w:r>
    </w:p>
    <w:p>
      <w:pPr>
        <w:spacing w:after="40"/>
      </w:pPr>
      <w:r>
        <w:rPr>
          <w:b w:val="0"/>
        </w:rPr>
        <w:t>+ Ich kann das Gelernte in meiner Arbeit einsetzen. (1 bis 5)</w:t>
      </w:r>
    </w:p>
    <w:p>
      <w:pPr>
        <w:spacing w:after="40"/>
      </w:pPr>
      <w:r>
        <w:rPr>
          <w:b w:val="0"/>
        </w:rPr>
        <w:t>+ Welche Inhalte fehlten oder waren zu knapp? (Freitext)</w:t>
      </w:r>
    </w:p>
    <w:p>
      <w:pPr>
        <w:spacing w:after="40"/>
      </w:pPr>
      <w:r>
        <w:rPr>
          <w:b/>
          <w:color w:val="6B7280"/>
          <w:sz w:val="18"/>
        </w:rPr>
        <w:t>HAUPTVERSAMMLUNG UND MITGLIEDERVERSAMMLUNG</w:t>
      </w:r>
    </w:p>
    <w:p>
      <w:pPr>
        <w:spacing w:after="40"/>
      </w:pPr>
      <w:r>
        <w:rPr>
          <w:b w:val="0"/>
        </w:rPr>
        <w:t>+ Der Ablauf war verständlich und gut moderiert. (1 bis 5)</w:t>
      </w:r>
    </w:p>
    <w:p>
      <w:pPr>
        <w:spacing w:after="40"/>
      </w:pPr>
      <w:r>
        <w:rPr>
          <w:b w:val="0"/>
        </w:rPr>
        <w:t>+ Die Unterlagen lagen rechtzeitig vor. (1 bis 5)</w:t>
      </w:r>
    </w:p>
    <w:p>
      <w:pPr>
        <w:spacing w:after="40"/>
      </w:pPr>
      <w:r>
        <w:rPr>
          <w:b w:val="0"/>
        </w:rPr>
        <w:t>+ Bei hybrider Teilnahme: Ton, Bild und Abstimmung haben funktioniert. (1 bis 5)</w:t>
      </w:r>
    </w:p>
    <w:p>
      <w:pPr>
        <w:spacing w:after="40"/>
      </w:pPr>
      <w:r>
        <w:rPr>
          <w:b w:val="0"/>
        </w:rPr>
        <w:t>+ Ich hatte ausreichend Gelegenheit für Fragen. (1 bis 5)</w:t>
      </w: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Vorlage von AirLST · airlst.com/wissen/vorlagen/feedbackbogen/ · Feedback digital einholen: airlst.com/funktionen/online-umfragen/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