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6B7280"/>
          <w:sz w:val="24"/>
        </w:rPr>
        <w:t>AirLST</w:t>
      </w:r>
    </w:p>
    <w:p>
      <w:pPr>
        <w:spacing w:after="200"/>
      </w:pPr>
      <w:r>
        <w:rPr>
          <w:b w:val="0"/>
          <w:color w:val="6B7280"/>
          <w:sz w:val="16"/>
        </w:rPr>
        <w:t>Version: October 2026</w:t>
      </w:r>
    </w:p>
    <w:p>
      <w:pPr>
        <w:spacing w:after="80"/>
      </w:pPr>
      <w:r>
        <w:rPr>
          <w:b/>
          <w:sz w:val="40"/>
        </w:rPr>
        <w:t>Event Feedback Form</w:t>
      </w:r>
    </w:p>
    <w:p>
      <w:pPr>
        <w:spacing w:after="160"/>
      </w:pPr>
      <w:r>
        <w:rPr>
          <w:b w:val="0"/>
          <w:color w:val="6B7280"/>
        </w:rPr>
        <w:t>Thank you for attending. Your feedback helps us make the next event better. The form takes about five minutes.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 xml:space="preserve">Event: </w:t>
            </w:r>
          </w:p>
        </w:tc>
        <w:tc>
          <w:tcPr>
            <w:tcW w:type="dxa" w:w="3289"/>
          </w:tcPr>
          <w:p>
            <w:r>
              <w:t xml:space="preserve">Date: </w:t>
            </w:r>
          </w:p>
        </w:tc>
        <w:tc>
          <w:tcPr>
            <w:tcW w:type="dxa" w:w="3289"/>
          </w:tcPr>
          <w:p>
            <w:r>
              <w:t xml:space="preserve">Name (optional): </w:t>
            </w:r>
          </w:p>
        </w:tc>
      </w:tr>
    </w:tbl>
    <w:p>
      <w:pPr>
        <w:spacing w:after="160"/>
      </w:pPr>
      <w:r>
        <w:rPr>
          <w:b w:val="0"/>
          <w:color w:val="6B7280"/>
          <w:sz w:val="17"/>
        </w:rPr>
        <w:t>Scale: 1 = strongly disagree, 5 = strongly agree. NPS: 0 = not at all likely, 10 = extremely likely.</w:t>
      </w:r>
    </w:p>
    <w:p>
      <w:pPr>
        <w:spacing w:after="40"/>
      </w:pPr>
      <w:r>
        <w:rPr>
          <w:b/>
          <w:color w:val="6B7280"/>
          <w:sz w:val="18"/>
        </w:rPr>
        <w:t>OVERALL IMPRESSION</w:t>
      </w:r>
    </w:p>
    <w:p>
      <w:pPr>
        <w:spacing w:after="40"/>
      </w:pPr>
      <w:r>
        <w:rPr>
          <w:b w:val="0"/>
        </w:rPr>
        <w:t>1. How likely are you to recommend this event to a colleague?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c>
          <w:tcPr>
            <w:tcW w:type="dxa" w:w="89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10</w:t>
            </w:r>
          </w:p>
        </w:tc>
      </w:tr>
      <w:tr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2. How would you rate the event overall?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CONTENT AND PROGRAM</w:t>
      </w:r>
    </w:p>
    <w:p>
      <w:pPr>
        <w:spacing w:after="40"/>
      </w:pPr>
      <w:r>
        <w:rPr>
          <w:b w:val="0"/>
        </w:rPr>
        <w:t>3. The content was relevant to my work.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4. The speakers presented their topics clearly.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5. The schedule worked (length, breaks, order of sessions).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LOGISTICS</w:t>
      </w:r>
    </w:p>
    <w:p>
      <w:pPr>
        <w:spacing w:after="40"/>
      </w:pPr>
      <w:r>
        <w:rPr>
          <w:b w:val="0"/>
        </w:rPr>
        <w:t>6. Invitation and registration were easy.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7. Check-in on site was fast.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8. The venue was a good fit for the event.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9. Food and beverages met my expectations.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OPEN QUESTIONS</w:t>
      </w:r>
    </w:p>
    <w:p>
      <w:pPr>
        <w:spacing w:after="40"/>
      </w:pPr>
      <w:r>
        <w:rPr>
          <w:b w:val="0"/>
        </w:rPr>
        <w:t>10. What was missing?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40"/>
      </w:pPr>
      <w:r>
        <w:rPr>
          <w:b w:val="0"/>
        </w:rPr>
        <w:t>11. What was the best part for you?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40"/>
      </w:pPr>
      <w:r>
        <w:rPr>
          <w:b w:val="0"/>
        </w:rPr>
        <w:t>12. Which topic would you like to see at the next event?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120"/>
      </w:pPr>
      <w:r>
        <w:rPr>
          <w:b w:val="0"/>
          <w:color w:val="6B7280"/>
          <w:sz w:val="17"/>
        </w:rPr>
        <w:t>Answering is voluntary. Without your name, this form is anonymous. Responses are used only to evaluate this event and deleted after [retention period, for example six months].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Additional questions by event type</w:t>
      </w:r>
    </w:p>
    <w:p>
      <w:pPr>
        <w:spacing w:after="40"/>
      </w:pPr>
      <w:r>
        <w:rPr>
          <w:b/>
          <w:color w:val="6B7280"/>
          <w:sz w:val="18"/>
        </w:rPr>
        <w:t>CONFERENCE AND SUMMIT</w:t>
      </w:r>
    </w:p>
    <w:p>
      <w:pPr>
        <w:spacing w:after="40"/>
      </w:pPr>
      <w:r>
        <w:rPr>
          <w:b w:val="0"/>
        </w:rPr>
        <w:t>+ Which sessions did you attend? (select all that apply)</w:t>
      </w:r>
    </w:p>
    <w:p>
      <w:pPr>
        <w:spacing w:after="40"/>
      </w:pPr>
      <w:r>
        <w:rPr>
          <w:b w:val="0"/>
        </w:rPr>
        <w:t>+ How would you rate the session that was most useful to you? (1 to 5)</w:t>
      </w:r>
    </w:p>
    <w:p>
      <w:pPr>
        <w:spacing w:after="40"/>
      </w:pPr>
      <w:r>
        <w:rPr>
          <w:b w:val="0"/>
        </w:rPr>
        <w:t>+ The mix of talks, workshops and breaks worked. (1 to 5)</w:t>
      </w:r>
    </w:p>
    <w:p>
      <w:pPr>
        <w:spacing w:after="40"/>
      </w:pPr>
      <w:r>
        <w:rPr>
          <w:b w:val="0"/>
        </w:rPr>
        <w:t>+ Rooms were easy to find. (1 to 5)</w:t>
      </w:r>
    </w:p>
    <w:p>
      <w:pPr>
        <w:spacing w:after="40"/>
      </w:pPr>
      <w:r>
        <w:rPr>
          <w:b/>
          <w:color w:val="6B7280"/>
          <w:sz w:val="18"/>
        </w:rPr>
        <w:t>COMPANY EVENT</w:t>
      </w:r>
    </w:p>
    <w:p>
      <w:pPr>
        <w:spacing w:after="40"/>
      </w:pPr>
      <w:r>
        <w:rPr>
          <w:b w:val="0"/>
        </w:rPr>
        <w:t>+ The atmosphere at the event was good. (1 to 5)</w:t>
      </w:r>
    </w:p>
    <w:p>
      <w:pPr>
        <w:spacing w:after="40"/>
      </w:pPr>
      <w:r>
        <w:rPr>
          <w:b w:val="0"/>
        </w:rPr>
        <w:t>+ I had the chance to meet colleagues from other teams. (1 to 5)</w:t>
      </w:r>
    </w:p>
    <w:p>
      <w:pPr>
        <w:spacing w:after="40"/>
      </w:pPr>
      <w:r>
        <w:rPr>
          <w:b w:val="0"/>
        </w:rPr>
        <w:t>+ I enjoyed the social program. (1 to 5)</w:t>
      </w:r>
    </w:p>
    <w:p>
      <w:pPr>
        <w:spacing w:after="40"/>
      </w:pPr>
      <w:r>
        <w:rPr>
          <w:b w:val="0"/>
        </w:rPr>
        <w:t>+ What should we do differently next time? (open text)</w:t>
      </w:r>
    </w:p>
    <w:p>
      <w:pPr>
        <w:spacing w:after="40"/>
      </w:pPr>
      <w:r>
        <w:rPr>
          <w:b/>
          <w:color w:val="6B7280"/>
          <w:sz w:val="18"/>
        </w:rPr>
        <w:t>TRADE SHOW AND OPEN HOUSE</w:t>
      </w:r>
    </w:p>
    <w:p>
      <w:pPr>
        <w:spacing w:after="40"/>
      </w:pPr>
      <w:r>
        <w:rPr>
          <w:b w:val="0"/>
        </w:rPr>
        <w:t>+ Did you achieve the goal of your visit? (yes, partly, no)</w:t>
      </w:r>
    </w:p>
    <w:p>
      <w:pPr>
        <w:spacing w:after="40"/>
      </w:pPr>
      <w:r>
        <w:rPr>
          <w:b w:val="0"/>
        </w:rPr>
        <w:t>+ How many of our team members did you talk to? (0, 1 to 2, 3 to 5, more than 5)</w:t>
      </w:r>
    </w:p>
    <w:p>
      <w:pPr>
        <w:spacing w:after="40"/>
      </w:pPr>
      <w:r>
        <w:rPr>
          <w:b w:val="0"/>
        </w:rPr>
        <w:t>+ The products and solutions shown were relevant to me. (1 to 5)</w:t>
      </w:r>
    </w:p>
    <w:p>
      <w:pPr>
        <w:spacing w:after="40"/>
      </w:pPr>
      <w:r>
        <w:rPr>
          <w:b w:val="0"/>
        </w:rPr>
        <w:t>+ Would you like a follow-up call or meeting? (yes, no)</w:t>
      </w:r>
    </w:p>
    <w:p>
      <w:pPr>
        <w:spacing w:after="40"/>
      </w:pPr>
      <w:r>
        <w:rPr>
          <w:b/>
          <w:color w:val="6B7280"/>
          <w:sz w:val="18"/>
        </w:rPr>
        <w:t>TRAINING AND WORKSHOP</w:t>
      </w:r>
    </w:p>
    <w:p>
      <w:pPr>
        <w:spacing w:after="40"/>
      </w:pPr>
      <w:r>
        <w:rPr>
          <w:b w:val="0"/>
        </w:rPr>
        <w:t>+ The learning objective was met. (1 to 5)</w:t>
      </w:r>
    </w:p>
    <w:p>
      <w:pPr>
        <w:spacing w:after="40"/>
      </w:pPr>
      <w:r>
        <w:rPr>
          <w:b w:val="0"/>
        </w:rPr>
        <w:t>+ The trainer responded to questions. (1 to 5)</w:t>
      </w:r>
    </w:p>
    <w:p>
      <w:pPr>
        <w:spacing w:after="40"/>
      </w:pPr>
      <w:r>
        <w:rPr>
          <w:b w:val="0"/>
        </w:rPr>
        <w:t>+ The materials help me apply what I learned. (1 to 5)</w:t>
      </w:r>
    </w:p>
    <w:p>
      <w:pPr>
        <w:spacing w:after="40"/>
      </w:pPr>
      <w:r>
        <w:rPr>
          <w:b w:val="0"/>
        </w:rPr>
        <w:t>+ I can use what I learned in my work. (1 to 5)</w:t>
      </w:r>
    </w:p>
    <w:p>
      <w:pPr>
        <w:spacing w:after="40"/>
      </w:pPr>
      <w:r>
        <w:rPr>
          <w:b w:val="0"/>
        </w:rPr>
        <w:t>+ Which topics were missing or too short? (open text)</w:t>
      </w:r>
    </w:p>
    <w:p>
      <w:pPr>
        <w:spacing w:after="40"/>
      </w:pPr>
      <w:r>
        <w:rPr>
          <w:b/>
          <w:color w:val="6B7280"/>
          <w:sz w:val="18"/>
        </w:rPr>
        <w:t>ANNUAL MEETING AND MEMBER ASSEMBLY</w:t>
      </w:r>
    </w:p>
    <w:p>
      <w:pPr>
        <w:spacing w:after="40"/>
      </w:pPr>
      <w:r>
        <w:rPr>
          <w:b w:val="0"/>
        </w:rPr>
        <w:t>+ The agenda was clear and well moderated. (1 to 5)</w:t>
      </w:r>
    </w:p>
    <w:p>
      <w:pPr>
        <w:spacing w:after="40"/>
      </w:pPr>
      <w:r>
        <w:rPr>
          <w:b w:val="0"/>
        </w:rPr>
        <w:t>+ Documents were available in time. (1 to 5)</w:t>
      </w:r>
    </w:p>
    <w:p>
      <w:pPr>
        <w:spacing w:after="40"/>
      </w:pPr>
      <w:r>
        <w:rPr>
          <w:b w:val="0"/>
        </w:rPr>
        <w:t>+ For hybrid attendance: audio, video and voting worked. (1 to 5)</w:t>
      </w:r>
    </w:p>
    <w:p>
      <w:pPr>
        <w:spacing w:after="40"/>
      </w:pPr>
      <w:r>
        <w:rPr>
          <w:b w:val="0"/>
        </w:rPr>
        <w:t>+ I had enough opportunity to ask questions. (1 to 5)</w:t>
      </w: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Template by AirLST · airlst.com/en/resources/templates/event-feedback-form/ · Collect feedback digitally: airlst.com/en/features/post-event-survey/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